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בית בובות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בעלילה, בדמויות, בסמלים ובאמצעי הדרמה ב"בית בובות", ומסתיים בפסקה בנוסח בגרות. כדאי להזכיר לתלמידים ולתלמידות שבמחזה אין מספר: הראיות הן דיאלוג והוראות במה.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לקחה נורה הלוואה בסתר?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כדי לממן נסיעת החלמה לבעלה החולה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מאיים לחשוף את הזיוף?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קרוגסטד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כשטורוואלד קורא את המכתב הראשון, הוא לוקח את האשמה על עצמו כדי להגן על נורה.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מתפרץ בזעם, מאשים אותה ודואג רק לשמו הטוב; "הדבר המופלא" אינו קורה.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רוקדת את ריקוד ה____ כדי לעכב את טורוואלד מלפתוח את תיבת הדואר.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טרנטלה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בסוף המחזה?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נורה עוזבת את הבית, ונשמעת דלת נטרקת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כריסטינה מחליטה שטורוואלד צריך לדעת את האמת, כדי שייגמרו השקרים בבית.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מדבר בגנות שקרנים וזייפנים, בלי לדעת שאשתו זייפה חתימה. זוהי...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אירוניה דרמטית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משמעותו.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2–ד, 3–א, 4–ב,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האירועים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ג → ד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תיאור: נורה בתחילת המחזה או נורה בסופו?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בתחילה: "העפרונית הקטנה"، משחקת תפקיד של ילדה، מסתירה סוד، לבושה בתחפושת | נורה בסוף: "קודם כול אני אדם"، מדברת ברצינות، מחליטה בעצמה، בבגדים יומיומיים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כריסטינה לינדה היא דמות ניגוד לנורה?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כריסטינה מפוכחת, עצמאית וישרה, עבדה קשה כל חייה; נורה בתחילה ילדותית, תלויה ומשחקת תפקיד.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המשפט של נורה "הייתי אשת-הבובה שלך". למה הכוונה?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מבינה שהייתה בובה – של אביה ואחר כך של בעלה: שיחקה תפקיד, לא החליטה בעצמה ולא דיברה איתו ברצינות.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דווקא תגובת טורוואלד למכתב היא נקודת המפנה של נורה?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"הדבר המופלא" שחיכתה לו אינו קורה: הוא דואג רק לשמו, ו"סולח" רק כשהסכנה חולפת. ברגע זה היא רואה את נישואיה כפי שהם.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הראו כיצד מתפתחת דמותה של נורה מתחילת המחזה ועד סופו. התייחסו לשני רגעים מן המחזה ולדיאלוג או להוראות במה (טענה, ביסוס,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נורה עוברת מ"בובה" לאדם שמחליט בעצמו. ביסוס: כינויי החיבה במערכה הראשונה והסוד; תגובת טורוואלד למכתב; החלפת התחפושת, השיחה הרצינית, "קודם כול אני אדם", טריקת הדלת. הסבר: כל רגע מקלף מסכה. סיכום. מחוון: טענה, ביסוס, הסבר, מושגים (הוראות במה, סמל),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תגובת טורוואלד למכתב – הוא דואג לשמו ולא לה. סמל: עץ חג המולד, הטרנטלה, תיבת הדואר, התחפושת, טריקת הדלת.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מהמחזה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"בית בובות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בית בובות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לקחה נורה הלוואה בסתר?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לקנות מתנות לחג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לממן נסיעת החלמה לבעלה החולה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 לעזור לכריסטינה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כדי לנסוע לבדה לחו"ל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מאיים לחשוף את הזיוף?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דוקטור רנק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כריסטינה לינדה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קרוגסטד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טורוואלד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כשטורוואלד קורא את המכתב הראשון, הוא לוקח את האשמה על עצמו כדי להגן על נורה.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נורה רוקדת את ריקוד ה_______________ כדי לעכב את טורוואלד מלפתוח את תיבת הדואר.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קורה בסוף המחזה?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נורה נשארת בבית וסולחת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נורה עוזבת את הבית, ונשמעת דלת נטרקת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טורוואלד עוזב את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קרוגסטד מגיע לבקש סליחה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כריסטינה מחליטה שטורוואלד צריך לדעת את האמת, כדי שייגמרו השקרים בבית.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טורוואלד מדבר בגנות שקרנים וזייפנים, בלי לדעת שאשתו זייפה חתימה. זוהי...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אירוניה דרמטית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חריזה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מונולוג פנימי של 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סגור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הסמל לבין משמעותו.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חג המולד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שליטת הבעל בבית והאמת שאי אפשר לנעול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ריקוד הטרנטלה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הסרת המסכה לפני השיחה האחרונה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תיבת הדואר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מקושט בתחילה, מרוט במערכה השנייה – כמו מצבה של נורה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התחפושת והבגדים היומיומיים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הפחד והייאוש, ותפקיד הבובה המשעשעת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טריקת הדלת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מהבית הישן ופתיחה של עולם לא ידוע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את האירועים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מגלה לכריסטינה את סוד ההלוואה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מחליפה בגדים, משוחחת עם בעלה ועוזבת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קורא את המכתב ומתפרץ על נורה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מגיע מכתב שני, וטורוואלד קורא "ניצלתי!"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קרוגסטד משאיר מכתב חושפני בתיבת הדואר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תיאור: נורה בתחילת המחזה או נורה בסופו?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"קודם כול אני אדם"   ·   מדברת ברצינות   ·   משחקת תפקיד של ילדה   ·   לבושה בתחפושת   ·   מסתירה סוד   ·   בבגדים יומיומיים   ·   "העפרונית הקטנה"   ·   מחליטה בעצמה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נורה בתחילה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נורה בסוף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במה כריסטינה לינדה היא דמות ניגוד לנורה?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הסבירו את המשפט של נורה "הייתי אשת-הבובה שלך". למה הכוונה?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מדוע דווקא תגובת טורוואלד למכתב היא נקודת המפנה של נורה?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הראו כיצד מתפתחת דמותה של נורה מתחילת המחזה ועד סופו. התייחסו לשני רגעים מן המחזה ולדיאלוג או להוראות במה (טענה, ביסוס,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גורם לנורה להבין את האמת על נישואיה?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סמל אחד מהמחזה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בית בובות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