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ליבי במזרח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בניגודים, בהקבלה, בחרוז ובמבנה של "ליבי במזרח" (שאלות ← הכרעה), ומסתיים בפסקה בנוסח בגרות. השיר קצר ונמצא ברשות הרבים, ולכן כדאי שיהיה מודפס לפני התלמידים והתלמידות בזמן העבודה.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נמצא ליבו של הדובר?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במזרח – בארץ ישראל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גר הדובר?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בספרד, ב"סוף מערב"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בשורות 5–6 הדובר כותב שיהיה לו קשה מאוד לעזוב את הטוב של ספרד.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להפך: "יקל בעיניו" לעזוב את כל טוב ספרד, ו"יקר בעיניו" לראות את עפר המקדש החרב.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שורות השיר נגמרות באותו צליל, "-רב" – זהו חרוז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מבריח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מייצגים "אדום" ו"ערב" בשיר?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העולם הנוצרי והעולם המוסלמי ששלטו אז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"דביר" הוא קודש הקודשים בבית המקדש, ולכן "עפרות דביר נחרב" הם עפר החורבה של המקדש.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נע מ... אל...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משאלות של מצוקה אל הכרעה נחושה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לבין הדוגמה מהשיר.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3–ה, 4–ג,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מילה או צירוף לצד שאליו הוא שייך בשיר.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מזרח / ציון: הלב، חבל אדום، עפרות דביר، מקום הגעגוע | מערב / ספרד: הגוף (אנכי)، כבל ערב، כל טוב ספרד، שפע ונוחות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השיר לפי הסדר (1–3).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א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מבטאת השאלה "איך אטעמה את אשר אוכל"?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כשהלב רחוק, גם ההנאות הפשוטות (אוכל, טעם) מאבדות את טעמן; זו שאלה רטורית שמבטאת קרע ותסכול.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ההקבלה בשורה "ציון בחבל אדום ואני בכבל ערב" ואת תרומתה למשמעות 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חלקי השורה בנויים באותו מבנה (ציון/אני, חבל/כבל, אדום/ערב): גם ציון וגם הדובר שבויים בשלטון זר, ולכן גורלם קשור – גאולת האחד קשורה בגאולת השני.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 שונה סיום השיר מפתיחתו? התייחסו לצורה (שאלות/קביעה) ולמשמעות.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בפתיחה – קרע ושאלות; בסיום – קביעה והכרעה. הסיום במילה "נחרב" חותם את השיר בכאב, אך הדובר כבר יודע מה יקר לו.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כיצד בא לידי ביטוי בשיר הקרע בין הדובר לבין המקום שבו הוא חי? התייחסו לשני אמצעים אמנותיים (טענה, ציטוט קצר,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השיר מעצב נפש קרועה בין גוף בספרד ללב בציון. אמצעים: ניגוד לב/גוף, מזרח/מערב; שאלה רטורית "איך אטעמה"; הקבלה חבל/כבל; אנטיתזה יקל/יקר; חרוז מבריח. הסבר: כל אמצעי מגביר את הקרע; המעבר משאלות להכרעה. סיכום. מחוון: טענה, ביסוס,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קל לו לעזוב את כל טוב ספרד, ויקר לו לראות את עפר המקדש החרב. ניגוד: לב/גוף, מזרח/מערב, קל/יקר.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פירוש אדום = העולם הנוצרי, ערב = העולם המוסלמי – פירוש מקובל, כמו בעמוד היצירה; לוודא את הניסוח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בדף השורות מצוטטות בלי ניקוד; לוודא מול נוסח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"ליבי במזרח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🧭 ליבי במזרח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איפה נמצא ליבו של הדובר?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בספרד, במערב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במזרח – בארץ 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בים, בדרך לציון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בבית שבו הוא גר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גר הדובר?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במצרים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בספרד, ב"סוף מערב"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בבבל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בשורות 5–6 הדובר כותב שיהיה לו קשה מאוד לעזוב את הטוב של ספרד.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כל שורות השיר נגמרות באותו צליל, "-רב" – זהו חרוז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מייצגים "אדום" ו"ערב" בשיר?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שני צבעים שהדובר אוהב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העולם הנוצרי והעולם המוסלמי ששלטו אז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 ערים בספרד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בוקר וערב – זמני 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"דביר" הוא קודש הקודשים בבית המקדש, ולכן "עפרות דביר נחרב" הם עפר החורבה של המקדש.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השיר נע מ... אל...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מהכרעה אל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משמחה אל צחוק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משאלות של מצוקה אל הכרעה נחושה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מתיאור טבע אל תיאור מלחמה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האמצעי לבין הדוגמה מהשיר.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ציון בחבל אדום ואני בכבל ערב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לבי במזרח ואנכי בסוף מערב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אנטיתזה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אטעמה את אשר אוכל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רטורית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עפר של חורבה יקר מכל טוב ספרד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פרדוקס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יקל בעיני מול יקר בעיני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מילה או צירוף לצד שאליו הוא שייך בשיר.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חבל אדום   ·   הגוף (אנכי)   ·   מקום הגעגוע   ·   הלב   ·   שפע ונוחות   ·   עפרות דביר   ·   כל טוב ספרד   ·   כבל ערב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מזרח / ציון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מערב / ספרד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סדרו את שלבי השיר לפי הסדר (1–3).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שורות 3–4: הכבלים – איך יקיים נדריו כשציון והוא שבויים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שורות 1–2: הקרע – הלב במזרח והגוף במערב, ושאלה על טעם החיים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שורות 5–6: ההכרעה – קל לעזוב את ספרד, יקר לראות את עפר המקדש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מבטאת השאלה "איך אטעמה את אשר אוכל"?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הסבירו את ההקבלה בשורה "ציון בחבל אדום ואני בכבל ערב" ואת תרומתה למשמעות 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במה שונה סיום השיר מפתיחתו? התייחסו לצורה (שאלות/קביעה) ולמשמעות.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בנוסח בגרות: כיצד בא לידי ביטוי בשיר הקרע בין הדובר לבין המקום שבו הוא חי? התייחסו לשני אמצעים אמנותיים (טענה, ציטוט קצר,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הדובר מחליט בסוף השיר?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ניגוד אחד מהשיר.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ליבי במזרח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