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ליבי במזרח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עוסק בניגודים, בהקבלה, בחרוז ובמבנה של "ליבי במזרח" (שאלות ← הכרעה), ומסתיים בפסקה בנוסח בגרות. השיר קצר ונמצא ברשות הרבים, ולכן כדאי שיהיה מודפס לפני התלמידים והתלמידות בזמן העבודה.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הלב של הדובר?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במזרח – בארץ ישראל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הדובר גר?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בספרד, ב"סוף מערב"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הדובר אומר שקשה לו לעזוב את ספרד.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להפך: "יקל בעיניו" לעזוב את כל טוב ספרד, ו"יקר בעיניו" לראות את עפר המקדש החרב.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שורות השיר נגמרות באותו צליל, "-רב" – זהו חרוז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מבריח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מייצגים "אדום" ו"ערב" בשיר?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העולם הנוצרי והעולם המוסלמי ששלטו אז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"דביר" הוא קודש הקודשים בבית המקדש, ולכן "עפרות דביר נחרב" הם עפר החורבה של המקדש.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השיר נע מ... אל...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משאלות של מצוקה אל הכרעה נחושה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מושג לדוגמה.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2–א, 3–ב, 4–ד, 5–ה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מיינו: מזרח או מערב?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מזרח / ציון: הלב، חבל אדום، עפרות דביר، מקום הגעגוע | מערב / ספרד: הגוף (אנכי)، כבל ערב، כל טוב ספרד، שפע ונוחות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דומה בין ציון לבין הדובר בשורה הזאת?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חלקי השורה בנויים באותו מבנה (ציון/אני, חבל/כבל, אדום/ערב): גם ציון וגם הדובר שבויים בשלטון זר, ולכן גורלם קשור – גאולת האחד קשורה בגאולת השני.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פסקה: הדובר גר במערב והלב שלו במזרח. הראו זאת בשתי דוגמאות והסבירו.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השיר מעצב נפש קרועה בין גוף בספרד ללב בציון. אמצעים: ניגוד לב/גוף, מזרח/מערב; שאלה רטורית "איך אטעמה"; הקבלה חבל/כבל; אנטיתזה יקל/יקר; חרוז מבריח. הסבר: כל אמצעי מגביר את הקרע; המעבר משאלות להכרעה. סיכום. מחוון: טענה, ביסוס, הסבר, מושגים,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קל לו לעזוב את כל טוב ספרד, ויקר לו לראות את עפר המקדש החרב. ניגוד: לב/גוף, מזרח/מערב, קל/יקר.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פירוש אדום = העולם הנוצרי, ערב = העולם המוסלמי – פירוש מקובל, כמו בעמוד היצירה; לוודא את הניסוח לכיתה.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בדף השורות מצוטטות בלי ניקוד; לוודא מול נוסח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"ליבי במזרח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🧭 ליבי במזרח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ה"אני" שמדבר בשיר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speaker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מזרח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הכיוון שבו השמש זורחת; כאן: ארץ ישראל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east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מערב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הכיוון שבו השמש שוקעת; כאן: ספרד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west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 לירושלים ולארץ ישראל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Zion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הבטחה חגיגית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vow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שרשרת או חבל שקושרים בו אסיר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chain, fetter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קודש הקודשים בבית המקדש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the Holy of Holies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דברים הפוכים זה מול 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contrast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חלקים בנויים באותו מבנה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parallelism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רטורית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שלא מחכה לתשובה ומבטאת רגש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rhetorical question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מבריח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איפה הלב של הדובר?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בספרד, במערב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במזרח – בארץ ישראל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בים, בדרך לציון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בבית שבו הוא גר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איפה הדובר גר?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בירושלים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במצרים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בספרד, ב"סוף מערב"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בבבל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הדובר אומר שקשה לו לעזוב את ספרד.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כל שורות השיר נגמרות באותו צליל, "-רב" – זהו חרוז _______________.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מייצגים "אדום" ו"ערב" בשיר?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שני צבעים שהדובר אוהב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העולם הנוצרי והעולם המוסלמי ששלטו אז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שתי ערים בספרד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בוקר וערב – זמני היום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"דביר" הוא קודש הקודשים בבית המקדש, ולכן "עפרות דביר נחרב" הם עפר החורבה של המקדש.      ◯ נכון   ◯ לא נכון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השיר נע מ... אל...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מהכרעה אל שאלות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משמחה אל צחוק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משאלות של מצוקה אל הכרעה נחושה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מתיאור טבע אל תיאור מלחמה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חברו כל מושג לדוגמה.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ציון בחבל אדום ואני בכבל ערב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הקבלה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יקל בעיני מול יקר בעיני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אנטיתזה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לבי במזרח ואנכי בסוף מערב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רטורית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אטעמה את אשר אוכל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פרדוקס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עפר של חורבה יקר מכל טוב ספרד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מיינו: מזרח או מערב?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כל טוב ספרד   ·   מקום הגעגוע   ·   חבל אדום   ·   הלב   ·   שפע ונוחות   ·   כבל ערב   ·   הגוף (אנכי)   ·   עפרות דביר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מזרח / ציון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מערב / ספרד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מה דומה בין ציון לבין הדובר בשורה הזאת?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פסקה: הדובר גר במערב והלב שלו במזרח. הראו זאת בשתי דוגמאות והסבירו.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הדובר מחליט בסוף השיר?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ניגוד אחד מהשיר.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"היום הבנתי ש..."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ליבי במזרח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