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יגון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במפגשים של יונה, בסמלים, באמצעים ובמבנה של "יגון", ומסתיים בפסקה בנוסח בגרות. אפשר להשתמש בו אחרי קריאת הסיפור או כחזרה לפני תרגול שאלה 1 בשאלון.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קרה לבן של יונה?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הוא מת השבוע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יונה רוצה?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שמישהו יקשיב 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למי יונה מדבר בסוף?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לסוסה הקטנה שלו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הצבא שואל ממה מת הבן, ומקשיב בסבלנות לכל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שואל בנימוס, אבל מיד דורש לנסוע מהר יותר ואחר כך עוצם את עיניו.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העגלון הצעיר באכסניה, אחד מבני מעמדו של יונה, נרדם ואינו מקשיב.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 לבן כולו מן השלג, "כמו רוח ____".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רפאים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אמצעי יש במשפט "כשם שהצעיר רצה לשתות, כך הוא רוצה לדבר"?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הקבלה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לפי הסדר: למי יונה פונה?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ב → ג → א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מושג לדוגמה.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2–ג, 3–ד, 4–ב,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פירוש "יגון"? פירוש פשוט ופירוש עמוק.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גלוי: הצער של יונה על מות בנו. סמוי: גם מועקה ובדידות של אדם שאין מי שישמע אותו בתוך עיר הומה – ביקורת על החברה.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פסקה: אף אחד לא מקשיב ליונה. תנו שתי דוגמאות והסבירו.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הבדידות נבנית מפגש אחר מפגש. ביסוס: איש הצבא – שאלה מנומסת ואז "מהר יותר"; הצעירים – צוחקים ומכים; השוער – מגרש; העגלון הצעיר – נרדם. הסבר: הדגם החוזר מראה שזו אדישות של חברה שלמה, גם של בני מעמדו. סיכום: רק הסוסה "מקשיבה". מחוון: טענה, ביסוס, הסבר, מושגים (חזרה, אירוניה),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הוא פונה לאיש הצבא, לצעירים, לשוער ולעגלון הצעיר – ורק הסוסה "מקשיבה". אמצעי: אירוניה, חזרה, ניגוד, דימוי, הקבלה.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בסיפור הם בתרגום שבאתר – לוודא מול התרגום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שמות הבן והבת (קוזמה יוניץ׳, אניסיה) – לפי עמוד היצירה; לוודא בתרגום.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"יגון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❄️ יגון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עגלון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שנוהג בעגלה עם סוס ומסיע אנשים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coachman, cab driver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צער גדול מאוד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grief, sorrow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הצער אחרי שמישהו מת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mourning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שבו גרים הסוסים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stable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אדישות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כשלא אכפת לאדם מאחרים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indifference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כשנאמר או קורה ההפך ממה שמצפים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או מצב שחוזרים כמה פעמים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repetition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שדומים זה לזה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parallel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השוואה, לרוב עם "כמו"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simile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רפאים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קרה לבן של יונה?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נסע לכפר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מת השבוע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נהיה עגלון בעיר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הוא חולה ושוכב בבית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יונה רוצה?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כסף ונוסעים רבים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שמישהו יקשיב 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אוכל חם לסוסה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לחזור מיד לכפר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למי יונה מדבר בסוף?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לבתו אניסיה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לשוער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לעגלון הצעיר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לסוסה הקטנה שלו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איש הצבא שואל ממה מת הבן, ומקשיב בסבלנות לכל הסיפור.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העגלון הצעיר באכסניה, אחד מבני מעמדו של יונה, נרדם ואינו מקשיב.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יונה לבן כולו מן השלג, "כמו רוח _______________".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אמצעי יש במשפט "כשם שהצעיר רצה לשתות, כך הוא רוצה לדבר"?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הקבלה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סיום פתוח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מטונימיה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הוראות במה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לפי הסדר: למי יונה פונה?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העגלון הצעיר באכסניה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שלושת הצעירים השיכורים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השוער ברחוב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הסוסה באורווה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הצבא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כל מושג לדוגמה.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שואל "ממה מת?" ומיד דורש לנסוע מהר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שלג רטוב, פנסים חיוורים ורעש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"הבן שלי מת השבוע" בכל מפגש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אווירה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עליזות הצעירים מול יגונו השקט של יונה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כותרת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 אחת: אבל, געגוע ובדידות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מה פירוש "יגון"? פירוש פשוט ופירוש עמוק.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פסקה: אף אחד לא מקשיב ליונה. תנו שתי דוגמאות והסבירו.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למי פונה יונה, ומי מכולם מקשיב לו?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אמצעי ספרותי אחד מהסיפור ואת הדוגמה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"היום הבנתי ש..."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יגון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