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יגון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במפגשים של יונה, בסמלים, באמצעים ובמבנה של "יגון", ומסתיים בפסקה בנוסח בגרות. אפשר להשתמש בו אחרי קריאת הסיפור או כחזרה לפני תרגול שאלה 1 בשאלון.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לבנו של יונה?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הוא מת השבוע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יונה רוצה יותר מכול?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שמישהו יקשיב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למי יונה מספר הכול בסוף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לסוסה הקטנה שלו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המפגשים של יונה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ג → א → ד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הספרותי לבין הדוגמה.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2–ד,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משמעות הכותרת "יגון" במישור הגלוי ובמישור הסמוי.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הצער של יונה על מות בנו. סמוי: גם מועקה ובדידות של אדם שאין מי שישמע אותו בתוך עיר הומה – ביקורת על החברה.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כיצד מעצבים המפגשים של יונה עם הדמויות את רעיון הבדידות? התייחסו לשני מפגשים לפחות (טענה, ביסוס,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הבדידות נבנית מפגש אחר מפגש. ביסוס: איש הצבא – שאלה מנומסת ואז "מהר יותר"; הצעירים – צוחקים ומכים; השוער – מגרש; העגלון הצעיר – נרדם. הסבר: הדגם החוזר מראה שזו אדישות של חברה שלמה, גם של בני מעמדו. סיכום: רק הסוסה "מקשיבה". מחוון: טענה, ביסוס, הסבר, מושגים (חזרה, אירוניה),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פונה לאיש הצבא, לצעירים, לשוער ולעגלון הצעיר – ורק הסוסה "מקשיבה". אמצעי: אירוניה, חזרה, ניגוד, דימוי, הקבלה.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בסיפור הם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שמות הבן והבת (קוזמה יוניץ׳, אניסיה) – לפי עמוד היצירה; לוודא בתרגום.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"יגון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❄️ יגון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קרה לבנו של יונה?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הוא נסע לכפר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הוא מת השבוע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הוא נהיה עגלון בעיר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 יונה רוצה יותר מכול?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כסף ונוסעים רבים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שמישהו יקשיב לו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אוכל חם לסוסה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למי יונה מספר הכול בסוף הסיפור?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לבתו אניסיה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לשוער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לסוסה הקטנה שלו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מספרו את המפגשים של יונה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השוער ברחוב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הסוסה באורווה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שלושת הצעירים השיכורים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העגלון הצעיר באכסניה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איש הצבא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האמצעי הספרותי לבין הדוגמה.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שואל "ממה מת?" ומיד דורש לנסוע מהר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חזרה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עליזות הצעירים מול יגונו השקט של יונה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שלג רטוב, פנסים חיוורים ורעש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תיאור אווירה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"הבן שלי מת השבוע" בכל מפגש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הסבירו את משמעות הכותרת "יגון" במישור הגלוי ובמישור הסמוי.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בגרות: כיצד מעצבים המפגשים של יונה עם הדמויות את רעיון הבדידות? התייחסו לשני מפגשים לפחות (טענה, ביסוס,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למי פונה יונה, ומי מכולם מקשיב לו?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אמצעי ספרותי אחד מהסיפור ואת הדוגמה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יגון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